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Ultrasonik Sensörlü Mesafe Alarmı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Ultrasonik Sensörlü Mesafe Alarmı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