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Python Harçlık ve Bütçe Takip Uygulaması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ÖĞRENCİ ÇALIŞMA KÂĞIDI</w:t>
      </w:r>
    </w:p>
    <w:p/>
    <w:p>
      <w:r>
        <w:t>Ad Soyad: ____________________________________    Sınıf: __________    Tarih: ____ / ____ / ______</w:t>
      </w:r>
    </w:p>
    <w:p>
      <w:pPr>
        <w:pStyle w:val="Heading1"/>
      </w:pPr>
      <w:r>
        <w:t>Amaç</w:t>
      </w:r>
    </w:p>
    <w:p>
      <w:r>
        <w:t>Liste, fonksiyon ve toplama/çıkarma işlemlerini günlük yaşam problemiyle uygulamak.</w:t>
      </w:r>
    </w:p>
    <w:p>
      <w:pPr>
        <w:pStyle w:val="Heading1"/>
      </w:pPr>
      <w:r>
        <w:t>Görev</w:t>
      </w:r>
    </w:p>
    <w:p>
      <w:r>
        <w:t>Kategori bazlı gider toplamı ve bütçe aşımı uyarısı ekle.</w:t>
      </w:r>
    </w:p>
    <w:p>
      <w:pPr>
        <w:pStyle w:val="Heading1"/>
      </w:pPr>
      <w:r>
        <w:t>Tahmin</w:t>
      </w:r>
    </w:p>
    <w:p>
      <w:r>
        <w:t>Çözümün nasıl çalışacağını ve hangi sonuca ulaşacağını yaz: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Uygulama basamakları</w:t>
      </w:r>
    </w:p>
    <w:p>
      <w:r>
        <w:t>☐ 1. Veri yapısını seç.</w:t>
        <w:br/>
        <w:t>Notum: ________________________________________________________________________</w:t>
      </w:r>
    </w:p>
    <w:p>
      <w:r>
        <w:t>☐ 2. Kayıt fonksiyonu yaz.</w:t>
        <w:br/>
        <w:t>Notum: ________________________________________________________________________</w:t>
      </w:r>
    </w:p>
    <w:p>
      <w:r>
        <w:t>☐ 3. Bakiye fonksiyonu ekle.</w:t>
        <w:br/>
        <w:t>Notum: ________________________________________________________________________</w:t>
      </w:r>
    </w:p>
    <w:p>
      <w:r>
        <w:t>☐ 4. Geçersiz tutarı kontrol et.</w:t>
        <w:br/>
        <w:t>Notum: ________________________________________________________________________</w:t>
      </w:r>
    </w:p>
    <w:p>
      <w:r>
        <w:t>☐ 5. Özet üret.</w:t>
        <w:br/>
        <w:t>Notum: ________________________________________________________________________</w:t>
      </w:r>
    </w:p>
    <w:p>
      <w:pPr>
        <w:pStyle w:val="Heading1"/>
      </w:pPr>
      <w:r>
        <w:t>Test ve gözlem tablosu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shd w:fill="E8EEF5"/>
          </w:tcPr>
          <w:p>
            <w:r>
              <w:t>Test</w:t>
            </w:r>
          </w:p>
        </w:tc>
        <w:tc>
          <w:tcPr>
            <w:tcW w:type="dxa" w:w="2484"/>
            <w:shd w:fill="E8EEF5"/>
          </w:tcPr>
          <w:p>
            <w:r>
              <w:t>Tahmin</w:t>
            </w:r>
          </w:p>
        </w:tc>
        <w:tc>
          <w:tcPr>
            <w:tcW w:type="dxa" w:w="2484"/>
            <w:shd w:fill="E8EEF5"/>
          </w:tcPr>
          <w:p>
            <w:r>
              <w:t>Gözlem / Kanıt</w:t>
            </w:r>
          </w:p>
        </w:tc>
        <w:tc>
          <w:tcPr>
            <w:tcW w:type="dxa" w:w="2484"/>
            <w:shd w:fill="E8EEF5"/>
          </w:tcPr>
          <w:p>
            <w:r>
              <w:t>Geçti mi?</w:t>
            </w:r>
          </w:p>
        </w:tc>
      </w:tr>
      <w:tr>
        <w:tc>
          <w:tcPr>
            <w:tcW w:type="dxa" w:w="2484"/>
          </w:tcPr>
          <w:p>
            <w:r>
              <w:t>Yalnız gelir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Gelir+gider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Negatif tutar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Sıfır kayıt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</w:tbl>
    <w:p>
      <w:pPr>
        <w:pStyle w:val="Heading1"/>
      </w:pPr>
      <w:r>
        <w:t>Hata ayıklama günlüğü</w:t>
      </w:r>
    </w:p>
    <w:p>
      <w:r>
        <w:t>Karşılaştığım hata: _____________________________________________________________</w:t>
        <w:br/>
        <w:t>Denediğim çözüm: ________________________________________________________________</w:t>
        <w:br/>
        <w:t>Sonuç: _________________________________________________________________________</w:t>
      </w:r>
    </w:p>
    <w:p>
      <w:pPr>
        <w:pStyle w:val="Heading1"/>
      </w:pPr>
      <w:r>
        <w:t>Sonuç</w:t>
      </w:r>
    </w:p>
    <w:p>
      <w:r>
        <w:t>Ürünüm beklenen ihtiyacı nasıl karşıladı? Test kanıtı ver: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Öz değerlendirme</w:t>
      </w:r>
    </w:p>
    <w:p>
      <w:r>
        <w:t>• Çözümüm hangi problemi gideriyor ve bunu nasıl test ettim?</w:t>
        <w:br/>
        <w:t xml:space="preserve">  _____________________________________________________________________________</w:t>
      </w:r>
    </w:p>
    <w:p>
      <w:r>
        <w:t>• En zorlandığım hata neydi; hangi ipucu çözmeme yardım etti?</w:t>
        <w:br/>
        <w:t xml:space="preserve">  _____________________________________________________________________________</w:t>
      </w:r>
    </w:p>
    <w:p>
      <w:r>
        <w:t>• Bir sonraki sürümde neyi değiştirir ve neden değiştirirdim?</w:t>
        <w:br/>
        <w:t xml:space="preserve">  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