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Ders Tanıtım Sayfası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Ders Tanıtım Sayfası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