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Arduino Trafik Lambası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Robotik ve Kodlama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Başlangıç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1–2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Başlangıç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Dijital çıkış, zamanlama ve sıralı algoritma kavramlarını görünür bir model üzerinde uygulamak.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Bir kavşaktaki ışıkların güvenli ve tekrarlanabilir sırayla çalışması gerekir</w:t>
      </w:r>
    </w:p>
    <w:p>
      <w:pPr>
        <w:pStyle w:val="Heading1"/>
      </w:pPr>
      <w:r>
        <w:t>Kazanımlar</w:t>
      </w:r>
    </w:p>
    <w:p>
      <w:pPr>
        <w:pStyle w:val="ListBullet"/>
      </w:pPr>
      <w:r>
        <w:t>LED polaritesini açıklar.</w:t>
      </w:r>
    </w:p>
    <w:p>
      <w:pPr>
        <w:pStyle w:val="ListBullet"/>
      </w:pPr>
      <w:r>
        <w:t>pinMode ve digitalWrite kullanır.</w:t>
      </w:r>
    </w:p>
    <w:p>
      <w:pPr>
        <w:pStyle w:val="ListBullet"/>
      </w:pPr>
      <w:r>
        <w:t>Bir zamanlama sırası tasarlar.</w:t>
      </w:r>
    </w:p>
    <w:p>
      <w:pPr>
        <w:pStyle w:val="Heading1"/>
      </w:pPr>
      <w:r>
        <w:t>Hazırlık</w:t>
      </w:r>
    </w:p>
    <w:p>
      <w:pPr>
        <w:pStyle w:val="ListBullet"/>
      </w:pPr>
      <w:r>
        <w:t>Arduino Trafik Lambası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Arduino kart</w:t>
      </w:r>
    </w:p>
    <w:p>
      <w:pPr>
        <w:pStyle w:val="ListBullet"/>
      </w:pPr>
      <w:r>
        <w:t>3 LED</w:t>
      </w:r>
    </w:p>
    <w:p>
      <w:pPr>
        <w:pStyle w:val="ListBullet"/>
      </w:pPr>
      <w:r>
        <w:t>3 adet 220 Ω direnç</w:t>
      </w:r>
    </w:p>
    <w:p>
      <w:pPr>
        <w:pStyle w:val="ListBullet"/>
      </w:pPr>
      <w:r>
        <w:t>Breadboard</w:t>
      </w:r>
    </w:p>
    <w:p>
      <w:pPr>
        <w:pStyle w:val="ListBullet"/>
      </w:pPr>
      <w:r>
        <w:t>Jumper kablo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Arduino</w:t>
      </w:r>
    </w:p>
    <w:p>
      <w:pPr>
        <w:pStyle w:val="ListBullet"/>
      </w:pPr>
      <w:r>
        <w:t>LED</w:t>
      </w:r>
    </w:p>
    <w:p>
      <w:pPr>
        <w:pStyle w:val="ListBullet"/>
      </w:pPr>
      <w:r>
        <w:t>C/C++</w:t>
      </w:r>
    </w:p>
    <w:p>
      <w:pPr>
        <w:pStyle w:val="Heading1"/>
      </w:pPr>
      <w:r>
        <w:t>Ön bilgiler</w:t>
      </w:r>
    </w:p>
    <w:p>
      <w:pPr>
        <w:pStyle w:val="ListBullet"/>
      </w:pPr>
      <w:r>
        <w:t>Temel Arduino IDE kullanımı</w:t>
      </w:r>
    </w:p>
    <w:p>
      <w:pPr>
        <w:pStyle w:val="ListBullet"/>
      </w:pPr>
      <w:r>
        <w:t>Breadboard ve düşük gerilimli devre güvenliği</w:t>
      </w:r>
    </w:p>
    <w:p>
      <w:pPr>
        <w:pStyle w:val="ListBullet"/>
      </w:pPr>
      <w:r>
        <w:t>Basit koşullu ifadeler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“Bir kavşaktaki ışıkların güvenli ve tekrarlanabilir sırayla çalışması gerekir”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LED'leri dirençlerle bağla.</w:t>
      </w:r>
    </w:p>
    <w:p>
      <w:pPr>
        <w:pStyle w:val="ListNumber"/>
      </w:pPr>
      <w:r>
        <w:t>Her rengi ayrı test et.</w:t>
      </w:r>
    </w:p>
    <w:p>
      <w:pPr>
        <w:pStyle w:val="ListNumber"/>
      </w:pPr>
      <w:r>
        <w:t>Sıralamayı akış şemasına aktar.</w:t>
      </w:r>
    </w:p>
    <w:p>
      <w:pPr>
        <w:pStyle w:val="ListNumber"/>
      </w:pPr>
      <w:r>
        <w:t>Kodla ve süreleri karşılaştır.</w:t>
      </w:r>
    </w:p>
    <w:p>
      <w:pPr>
        <w:pStyle w:val="Heading2"/>
      </w:pPr>
      <w:r>
        <w:t>Sıralı kontrol kodu</w:t>
      </w:r>
    </w:p>
    <w:p>
      <w:r>
        <w:t>yak fonksiyonu aynı anda yalnız doğru LED durumlarının etkinleşmesini sağlar.</w:t>
      </w:r>
    </w:p>
    <w:p>
      <w:pPr>
        <w:ind w:left="288"/>
      </w:pPr>
      <w:r>
        <w:rPr>
          <w:rFonts w:ascii="Consolas" w:hAnsi="Consolas"/>
          <w:sz w:val="17"/>
        </w:rPr>
        <w:t>const int kirmizi = 8, sari = 9, yesil = 10;</w:t>
        <w:br/>
        <w:t>void setup() { pinMode(kirmizi, OUTPUT); pinMode(sari, OUTPUT); pinMode(yesil, OUTPUT); }</w:t>
        <w:br/>
        <w:t>void yak(int r, int y, int g) {</w:t>
        <w:br/>
        <w:t xml:space="preserve">  digitalWrite(kirmizi, r); digitalWrite(sari, y); digitalWrite(yesil, g);</w:t>
        <w:br/>
        <w:t>}</w:t>
        <w:br/>
        <w:t>void loop() {</w:t>
        <w:br/>
        <w:t xml:space="preserve">  yak(HIGH, LOW, LOW); delay(3000);</w:t>
        <w:br/>
        <w:t xml:space="preserve">  yak(LOW, LOW, HIGH); delay(3000);</w:t>
        <w:br/>
        <w:t xml:space="preserve">  yak(LOW, HIGH, LOW); delay(1000);</w:t>
        <w:br/>
        <w:t>}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Her LED'i tek başına yak.</w:t>
      </w:r>
    </w:p>
    <w:p>
      <w:pPr>
        <w:pStyle w:val="ListNumber"/>
      </w:pPr>
      <w:r>
        <w:t>Bir tam çevrimin sırasını kaydet.</w:t>
      </w:r>
    </w:p>
    <w:p>
      <w:pPr>
        <w:pStyle w:val="ListNumber"/>
      </w:pPr>
      <w:r>
        <w:t>Sarı ışık süresini değiştirip etkisini açıkla.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LED polaritesi ters: Girdiyi veya bağlantıyı tek tek doğrula; değişiklikten sonra aynı testi yeniden çalıştır.</w:t>
      </w:r>
    </w:p>
    <w:p>
      <w:pPr>
        <w:pStyle w:val="ListBullet"/>
      </w:pPr>
      <w:r>
        <w:t>Direnç unutulmuş: Girdiyi veya bağlantıyı tek tek doğrula; değişiklikten sonra aynı testi yeniden çalıştır.</w:t>
      </w:r>
    </w:p>
    <w:p>
      <w:pPr>
        <w:pStyle w:val="ListBullet"/>
      </w:pPr>
      <w:r>
        <w:t>Pin numarası kodla uyuşmuyor: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LED'leri seri direnç olmadan bağlamayın.</w:t>
      </w:r>
    </w:p>
    <w:p>
      <w:pPr>
        <w:pStyle w:val="ListBullet"/>
      </w:pPr>
      <w:r>
        <w:t>Devre değişikliğinde USB bağlantısını kesin.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Yaya butonu</w:t>
      </w:r>
    </w:p>
    <w:p>
      <w:pPr>
        <w:pStyle w:val="ListBullet"/>
      </w:pPr>
      <w:r>
        <w:t>Geri sayım ekranı</w:t>
      </w:r>
    </w:p>
    <w:p>
      <w:pPr>
        <w:pStyle w:val="ListBullet"/>
      </w:pPr>
      <w:r>
        <w:t>delay yerine millis</w:t>
      </w:r>
    </w:p>
    <w:p>
      <w:pPr>
        <w:pStyle w:val="Heading1"/>
      </w:pPr>
      <w:r>
        <w:t>Beklenen sonuç</w:t>
      </w:r>
    </w:p>
    <w:p>
      <w:r>
        <w:t>Yaya geçişi için güvenli bir ek ışık sırası tasarla; önce akış şemasını çiz.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