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Arduino Trafik Lambası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ÖĞRENCİ ÇALIŞMA KÂĞIDI</w:t>
      </w:r>
    </w:p>
    <w:p/>
    <w:p>
      <w:r>
        <w:t>Ad Soyad: ____________________________________    Sınıf: __________    Tarih: ____ / ____ / ______</w:t>
      </w:r>
    </w:p>
    <w:p>
      <w:pPr>
        <w:pStyle w:val="Heading1"/>
      </w:pPr>
      <w:r>
        <w:t>Amaç</w:t>
      </w:r>
    </w:p>
    <w:p>
      <w:r>
        <w:t>Dijital çıkış, zamanlama ve sıralı algoritma kavramlarını görünür bir model üzerinde uygulamak.</w:t>
      </w:r>
    </w:p>
    <w:p>
      <w:pPr>
        <w:pStyle w:val="Heading1"/>
      </w:pPr>
      <w:r>
        <w:t>Görev</w:t>
      </w:r>
    </w:p>
    <w:p>
      <w:r>
        <w:t>Yaya geçişi için güvenli bir ek ışık sırası tasarla; önce akış şemasını çiz.</w:t>
      </w:r>
    </w:p>
    <w:p>
      <w:pPr>
        <w:pStyle w:val="Heading1"/>
      </w:pPr>
      <w:r>
        <w:t>Tahmin</w:t>
      </w:r>
    </w:p>
    <w:p>
      <w:r>
        <w:t>Çözümün nasıl çalışacağını ve hangi sonuca ulaşacağını yaz: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Heading1"/>
      </w:pPr>
      <w:r>
        <w:t>Uygulama basamakları</w:t>
      </w:r>
    </w:p>
    <w:p>
      <w:r>
        <w:t>☐ 1. LED'leri dirençlerle bağla.</w:t>
        <w:br/>
        <w:t>Notum: ________________________________________________________________________</w:t>
      </w:r>
    </w:p>
    <w:p>
      <w:r>
        <w:t>☐ 2. Her rengi ayrı test et.</w:t>
        <w:br/>
        <w:t>Notum: ________________________________________________________________________</w:t>
      </w:r>
    </w:p>
    <w:p>
      <w:r>
        <w:t>☐ 3. Sıralamayı akış şemasına aktar.</w:t>
        <w:br/>
        <w:t>Notum: ________________________________________________________________________</w:t>
      </w:r>
    </w:p>
    <w:p>
      <w:r>
        <w:t>☐ 4. Kodla ve süreleri karşılaştır.</w:t>
        <w:br/>
        <w:t>Notum: ________________________________________________________________________</w:t>
      </w:r>
    </w:p>
    <w:p>
      <w:pPr>
        <w:pStyle w:val="Heading1"/>
      </w:pPr>
      <w:r>
        <w:t>Test ve gözlem tablosu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484"/>
            <w:shd w:fill="E8EEF5"/>
          </w:tcPr>
          <w:p>
            <w:r>
              <w:t>Test</w:t>
            </w:r>
          </w:p>
        </w:tc>
        <w:tc>
          <w:tcPr>
            <w:tcW w:type="dxa" w:w="2484"/>
            <w:shd w:fill="E8EEF5"/>
          </w:tcPr>
          <w:p>
            <w:r>
              <w:t>Tahmin</w:t>
            </w:r>
          </w:p>
        </w:tc>
        <w:tc>
          <w:tcPr>
            <w:tcW w:type="dxa" w:w="2484"/>
            <w:shd w:fill="E8EEF5"/>
          </w:tcPr>
          <w:p>
            <w:r>
              <w:t>Gözlem / Kanıt</w:t>
            </w:r>
          </w:p>
        </w:tc>
        <w:tc>
          <w:tcPr>
            <w:tcW w:type="dxa" w:w="2484"/>
            <w:shd w:fill="E8EEF5"/>
          </w:tcPr>
          <w:p>
            <w:r>
              <w:t>Geçti mi?</w:t>
            </w:r>
          </w:p>
        </w:tc>
      </w:tr>
      <w:tr>
        <w:tc>
          <w:tcPr>
            <w:tcW w:type="dxa" w:w="2484"/>
          </w:tcPr>
          <w:p>
            <w:r>
              <w:t>Her LED'i tek başına yak.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  <w:tr>
        <w:tc>
          <w:tcPr>
            <w:tcW w:type="dxa" w:w="2484"/>
          </w:tcPr>
          <w:p>
            <w:r>
              <w:t>Bir tam çevrimin sırasını kaydet.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  <w:tr>
        <w:tc>
          <w:tcPr>
            <w:tcW w:type="dxa" w:w="2484"/>
          </w:tcPr>
          <w:p>
            <w:r>
              <w:t>Sarı ışık süresini değiştirip etkisini açıkla.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</w:tbl>
    <w:p>
      <w:pPr>
        <w:pStyle w:val="Heading1"/>
      </w:pPr>
      <w:r>
        <w:t>Hata ayıklama günlüğü</w:t>
      </w:r>
    </w:p>
    <w:p>
      <w:r>
        <w:t>Karşılaştığım hata: _____________________________________________________________</w:t>
        <w:br/>
        <w:t>Denediğim çözüm: ________________________________________________________________</w:t>
        <w:br/>
        <w:t>Sonuç: _________________________________________________________________________</w:t>
      </w:r>
    </w:p>
    <w:p>
      <w:pPr>
        <w:pStyle w:val="Heading1"/>
      </w:pPr>
      <w:r>
        <w:t>Sonuç</w:t>
      </w:r>
    </w:p>
    <w:p>
      <w:r>
        <w:t>Ürünüm beklenen ihtiyacı nasıl karşıladı? Test kanıtı ver: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Heading1"/>
      </w:pPr>
      <w:r>
        <w:t>Öz değerlendirme</w:t>
      </w:r>
    </w:p>
    <w:p>
      <w:r>
        <w:t>• Çözümüm hangi problemi gideriyor ve bunu nasıl test ettim?</w:t>
        <w:br/>
        <w:t xml:space="preserve">  _____________________________________________________________________________</w:t>
      </w:r>
    </w:p>
    <w:p>
      <w:r>
        <w:t>• En zorlandığım hata neydi; hangi ipucu çözmeme yardım etti?</w:t>
        <w:br/>
        <w:t xml:space="preserve">  _____________________________________________________________________________</w:t>
      </w:r>
    </w:p>
    <w:p>
      <w:r>
        <w:t>• Bir sonraki sürümde neyi değiştirir ve neden değiştirirdim?</w:t>
        <w:br/>
        <w:t xml:space="preserve">  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